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חידות וטריוויה – משחקי חשיבה לכיתה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אני? – חידות היגיון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פענוח רמזים ופתרון חידות מה אני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מילים מרמזות ומשמעות כפולה במילים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לוגית וכתיבת חידה 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היא נותנת רמזים בלי לגלות את התשובה ישר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יש לי שיניים אבל לא נושך - אני מסרק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לקרוא את כל הרמזים בעיון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כחול על הנייר שמסמל 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בחידה מסתירים את התשובה ונותנים רמזים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לפעמים רמז אחד מספיק אם הוא מדויק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בדיוק הסיבה שהחידה על המפה עובדת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מטרת החידה היא שאפשר לפתור אותה עם 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היא יוצרת הפתעה כשמגלים את הפתרון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רמזים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רמזים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פתרון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רמז לפתרון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(מסרק)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(שעון)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(ערב)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כתבו תשובה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חידה מסתירה את שם החפץ ונותנת רמזים עקיפים, ולא אומרת ישירות מה הדבר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במפה מסמנים יער בירוק בלי לצייר עצים אמיתיים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לציין קבלת שני רמזים ברורים שלא חושפים את התשובה ישירות, ותשובה הגיונית שמתאימה לרמזים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הגדרה: תיאור עקיף של דבר בעזרת רמזים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הגיונית עם שתי משמעויות אפשריות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לקרוא את כל הרמזים בעיון לפני הניחוש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החידות בקול ולתת לתלמידים לנחש בעל פה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תלמידים להמציא חידות ולשתף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ההתאמה אפשר להוסיף רמזים נוספים מהתרגול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חידות וטריוויה – משחקי חשיבה לכיתה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אני? – חידות היגיון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פותרים חידות קטנות. קוראים רמזים ומנחשים מה הדבר. גם אפשר לכתוב חידה.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שמתאר דבר בלי לומר את שמו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רמז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או משפט שעוזר לנחש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ניחוש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תשובה שחושבים שהיא נכונה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משמעות כפולה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שיש לה שני פירושים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פתרון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התשובה הנכונה לחידה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תיאור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הסבר על איך דבר נראה או מתנהג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רמז: ערים בלי בתים, ימים בלי מים - מה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חשוב בחידה טובה?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ארוכה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נותנת רמזים בלי לגלות את התשובה ישר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קשה להבנה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לא קשורה לפתרון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משפט משחק עם שתי משמעויות של מילה?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 לי שיניים אבל לא נושך - אני מסרק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אני כלב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אני שולחן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אני עץ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ראשון כשרוצים לפתור חידה?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לנחש מיד בלי לחשוב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לקרוא את כל הרמזים בעיון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להתעלם מהרמזים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לדלג על החידה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מתכוון הרמז ימים בלי מים במפה?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אוקיינוס אמיתי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כחול על הנייר שמסמל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בריכת שחייה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נהר אמיתי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בחידת מה אני תמיד אומרים את התשובה בתחילת המשפט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לפתור חידה גם בלי לקרוא את כל הרמזים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מפה מתארת ערים, יערות וימים בצורה מצומצמת ולא אמיתית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חידה טובה חייבת להיות חידה שאי אפשר לפתור בכלל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משמעות כפולה של מילים עוזרת ליצור חידות מעניינות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בחידה מה אני נותנים __________ שעוזרים לנחש את התשובה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התשובה לחידה על הערים בלי בתים והימים בלי מים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מילה עם שתי משמעויות נקראת מילה עם __________ כפולה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לפני שעונים על חידה כדאי לקרוא את כל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התשובה הנכונה לחידה נקראת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רמז לפתרון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יש בי ערים בלי בתים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ערב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יש לי שיניים אבל לא נושך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שעון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יש לי עלים אבל אינני עץ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יש לי פנים אבל אין לי גוף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יורד אבל אינו גשם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מסרק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כתבו תשובה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ההבדל בין חידה טובה לתיאור רגיל של חפץ?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הרמז יערות בלי עצים מתאים דווקא למפה?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חידת מה אני משלכם על חפץ מהכיתה, עם שני רמזים לפחות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חידה מה אני?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לרמז עם משמעות כפולה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חשוב לעשות לפני שעונים על חידה?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מה אני? – חידות היגיון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